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מילה נרדפת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דוגמאות 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ללמוד מילה חדשה 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הפוכות הן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מילת היום מוצגת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בתרגול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ראשון: הצגת מילת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שני: חיפוש המילה במשפטים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שלישי: כתיבת משפט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רביעי: משחק מילים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חמישי: שימוש במילה בעל פה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מילה, יכתוב נרדפת נכונה, הפך נכון ומשפט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נרדפת - משמעות דומה; הפוכה -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המזכירה הרחבת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מילת היום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לחפש דוגמאות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דף ההורים כהמשך תרגול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פינת אוצר מילים – כל יום לומדים מילה חדשה, מחפשים לה מילה נרדפת ומילה הפוכה, וכותבים איתה משפט.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חדשה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מילה 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דומה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נרדפת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ההפך של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פינת אוצר המילים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מילה חדשה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שיעורי בית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הן מילים בעלות אותה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אוצר המילים מציגים מילה חדשה 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היום מוצגת רק פעם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להורים נועד לעזור לתרגל מילים גם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"לילה"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"מהיר"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"יפה"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המילה "פתוח"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"קטן"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שני: חיפוש המילה במשפטים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רביעי: משחק מילים נרדפות והפכים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חמישי: שימוש במילה בעל פה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שלישי: כתיבת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ראשון: הצגת מילת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שלמדתם השבוע וכתבו לה מילה נרדפת, מילה הפוכה, ומשפט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מילה נרדפת למילה הפוכה.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הפוכה.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ללמוד מילה חדשה כל 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