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– פינת אוצר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ההבדל בין מילה נרדפת למילה הפכית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דרך דוגמאות יומיות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נרדפות והפכים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נרדפות והפכים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מילה בעלת משמעות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מילה עם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ללמוד מילה חדשה כל 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מילה נרדפת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מילים הפוכות הן בעלות 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בתיאור הפינה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מילת היום מוצגת בכל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בתרגול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זעיר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(עצוב)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(לאט)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(חושך)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השגרה השבועית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יום ראשון: הצגת מילת השבוע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שני: חיפוש המילה במשפטים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יום שלישי: כתיבת משפט עם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יום רביעי: משחק מילים נרדפות והפכים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יום חמישי: שימוש במילה בעל פה וסיכום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מילה, יכתוב נרדפת נכונה, הפך נכון ומשפט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נרדפת - משמעות דומה; הפוכה - משמעות הפוכה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נכונה: משמעות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הגיונית כמו חם-קר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המזכירה הרחבת 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מילת היום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לחפש דוגמאות נוספות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דף ההורים כהמשך תרגול בבית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והפכים – פינת אוצר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בכיתה יש פינה מיוחדת למילים. כל יום לומדים מילה חדשה. מחפשים מילה דומה ומילה הפוכה.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נרדפת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שיש לה משמעות דומה למילה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הפך (מילה הפוכה)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שהמשמעות שלה הפוכה ממילה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אוצר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המילים שאדם מכיר ומשתמש בהן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היום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חדשה שלומדים בכל יום בפינה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שגרה שבועית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פעילויות קבוע שחוזר כל שבוע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פינת כיתה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קבוע בכיתה לפעילות מסוימת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שמביעה רעיון שלם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מילה נרדפת?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בעלת משמעות 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בעלת משמעות הפוכה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חדשה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מילה הפוכה?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דומה במשמעות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עם משמעות הפוכה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ארוכה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קצרה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דומה ל"שמח"?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ההפך של "גדול"?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יש פינת מילים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מילה חדשה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לשחק בהפסקה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שיעורי בית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נרדפות הן מילים בעלות משמעות דומה.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הפוכות הן מילים בעלות אותה משמעות.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בפינת אוצר המילים מציגים מילה חדשה כל 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מילת היום מוצגת רק פעם בשבוע.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להורים נועד לעזור לתרגל מילים גם בבית.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ההפך של המילה "לילה"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ההפך של המילה "מהיר"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מילה נרדפת למילה "יפה" היא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ההפך של המילה "פתוח"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מילה נרדפת למילה "קטן" היא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חושך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עצוב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קטן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השגרה השבועית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שני: חיפוש המילה במשפטים שונים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שלישי: כתיבת משפט עם 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רביעי: משחק מילים נרדפות והפכים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חמישי: שימוש במילה בעל פה וסיכום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ראשון: הצגת מילת השבוע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מילה שלמדתם השבוע וכתבו לה מילה נרדפת, מילה הפוכה, ומשפט משלכם.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מילה נרדפת למילה הפוכה.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מילה נרדפת?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הפוכה.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ללמוד מילה חדשה כל 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והפכים – פינת אוצר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