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– פינת אוצר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ההבדל בין מילה נרדפת למילה הפכית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דרך דוגמאות יומיות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נרדפות והפכים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נרדפות והפכים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מילה בעלת משמעות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מילה עם משמעות הפוכה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מילה נרדפת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מילים הפוכות הן בעלות 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בתיאור הפינה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(עצוב)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(לאט)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השגרה השבועית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יום ראשון: הצגת מילת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שני: חיפוש המילה במשפטים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יום שלישי: כתיבת משפט עם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יום רביעי: משחק מילים נרדפות והפכים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מילה, יכתוב נרדפת נכונה, הפך נכון ומשפט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נכונה: משמעות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כמו חם-קר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המזכירה הרחבת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מילת היום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לחפש דוגמאות נוספות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דף ההורים כהמשך תרגול בבית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– פינת אוצר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בכיתה יש פינת אוצר מילים – כל יום לומדים מילה חדשה, מחפשים לה מילה נרדפת ומילה הפוכה, וכותבים איתה משפט.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יום  ·  איטי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נרדפות והפכים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מילה נרדפת?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מילה בעלת משמעות 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מילה בעלת משמעות הפוכה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מילה חדשה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מילה הפוכה?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מילה דומה במשמעות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מילה עם משמעות הפוכה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מילה ארוכה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מילים נרדפות הן מילים בעלות משמעות דומה.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מילים הפוכות הן מילים בעלות אותה משמעות.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בפינת אוצר המילים מציגים מילה חדשה כל 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ההפך של המילה "לילה"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ההפך של המילה "מהיר"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עצוב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השגרה השבועית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שלישי: כתיבת משפט עם 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רביעי: משחק מילים נרדפות והפכים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ראשון: הצגת מילת השבוע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שני: חיפוש המילה במשפטים שונים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מילה שלמדתם השבוע וכתבו לה מילה נרדפת, מילה הפוכה, ומשפט משלכם.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מילה נרדפת?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הפוכה.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 – פינת אוצר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